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ATHANASIOS-STAMATIOS KOULOURIS</w:t>
      </w:r>
    </w:p>
    <w:p>
      <w:pPr>
        <w:spacing w:after="100"/>
        <w:jc w:val="center"/>
      </w:pPr>
      <w:hyperlink r:id="rId9">
        <w:r>
          <w:rPr>
            <w:color w:val="315E91"/>
            <w:u w:val="single"/>
          </w:rPr>
          <w:t>LinkedIn</w:t>
        </w:r>
      </w:hyperlink>
      <w:r>
        <w:rPr>
          <w:rFonts w:ascii="Aptos" w:hAnsi="Aptos" w:eastAsia="Aptos"/>
          <w:b w:val="0"/>
          <w:i w:val="0"/>
          <w:color w:val="555555"/>
          <w:sz w:val="18"/>
        </w:rPr>
        <w:t xml:space="preserve">  |  </w:t>
      </w:r>
      <w:hyperlink r:id="rId10">
        <w:r>
          <w:rPr>
            <w:color w:val="315E91"/>
            <w:u w:val="single"/>
          </w:rPr>
          <w:t>GitHub</w:t>
        </w:r>
      </w:hyperlink>
    </w:p>
    <w:p>
      <w:pPr>
        <w:pStyle w:val="Heading1"/>
        <w:keepNext/>
      </w:pPr>
      <w:r>
        <w:t>PROFESSIONAL PROFILE</w:t>
      </w:r>
    </w:p>
    <w:p>
      <w:pPr>
        <w:spacing w:after="60"/>
      </w:pPr>
      <w:r>
        <w:t>Computer Systems Engineering graduate with experience in operational environments, order preparation and shipping workflows. Hands-on familiarity with Excel, Pylon ERP and ACS Connect, supported by recent training in e-commerce, Excel and generative AI. Technical background in web technologies, relational databases and programming. Seeking a junior office-based role in e-commerce operations, order or product data, ERP/back office, or data-oriented processes.</w:t>
      </w:r>
    </w:p>
    <w:p>
      <w:pPr>
        <w:pStyle w:val="Heading1"/>
        <w:keepNext/>
      </w:pPr>
      <w:r>
        <w:t>CORE SKILLS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Excel: </w:t>
      </w:r>
      <w:r>
        <w:rPr>
          <w:rFonts w:ascii="Aptos" w:hAnsi="Aptos" w:eastAsia="Aptos"/>
          <w:b w:val="0"/>
          <w:i w:val="0"/>
          <w:color w:val="1F1F1F"/>
          <w:sz w:val="18"/>
        </w:rPr>
        <w:t>XLOOKUP, LET, SUMIF/SUMIFS, COUNTIF/COUNTIFS, IF/IFS/IFERROR, FILTER/UNIQUE, SORT/SORTBY, TEXT/TEXTJOIN, WEEKDAY/ISOWEEKNUM, CHOOSE, Data Validation and Conditional Formatting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Microsoft Office: </w:t>
      </w:r>
      <w:r>
        <w:rPr>
          <w:rFonts w:ascii="Aptos" w:hAnsi="Aptos" w:eastAsia="Aptos"/>
          <w:b w:val="0"/>
          <w:i w:val="0"/>
          <w:color w:val="1F1F1F"/>
          <w:sz w:val="18"/>
        </w:rPr>
        <w:t>working familiarity with Word, Outlook and PowerPoint; basic knowledge of Microsoft Access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Systems &amp; operations: </w:t>
      </w:r>
      <w:r>
        <w:rPr>
          <w:rFonts w:ascii="Aptos" w:hAnsi="Aptos" w:eastAsia="Aptos"/>
          <w:b w:val="0"/>
          <w:i w:val="0"/>
          <w:color w:val="1F1F1F"/>
          <w:sz w:val="18"/>
        </w:rPr>
        <w:t>Pylon ERP, ACS Connect, order fulfilment, shipping workflows, and stock/order handling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E-commerce: </w:t>
      </w:r>
      <w:r>
        <w:rPr>
          <w:rFonts w:ascii="Aptos" w:hAnsi="Aptos" w:eastAsia="Aptos"/>
          <w:b w:val="0"/>
          <w:i w:val="0"/>
          <w:color w:val="1F1F1F"/>
          <w:sz w:val="18"/>
        </w:rPr>
        <w:t>hands-on investigation of orders in the WooCommerce backend; training-based familiarity with WooCommerce and Shopify, products, customers, payments, shipping and basic e-shop promotion processes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Technical background: </w:t>
      </w:r>
      <w:r>
        <w:rPr>
          <w:rFonts w:ascii="Aptos" w:hAnsi="Aptos" w:eastAsia="Aptos"/>
          <w:b w:val="0"/>
          <w:i w:val="0"/>
          <w:color w:val="1F1F1F"/>
          <w:sz w:val="18"/>
        </w:rPr>
        <w:t>WordPress; basic knowledge of HTML, CSS, JavaScript, PHP, Python/Flask, SQL and relational databases; basic use of Git and Linux; installation and basic configuration of a local Apache, PHP and MySQL environment</w:t>
      </w:r>
    </w:p>
    <w:p>
      <w:pPr>
        <w:spacing w:after="24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Additional tools: </w:t>
      </w:r>
      <w:r>
        <w:rPr>
          <w:rFonts w:ascii="Aptos" w:hAnsi="Aptos" w:eastAsia="Aptos"/>
          <w:b w:val="0"/>
          <w:i w:val="0"/>
          <w:color w:val="1F1F1F"/>
          <w:sz w:val="18"/>
        </w:rPr>
        <w:t>basic image editing with Adobe Photoshop and use of generative AI tools</w:t>
      </w:r>
    </w:p>
    <w:p>
      <w:pPr>
        <w:pStyle w:val="Heading1"/>
        <w:keepNext/>
      </w:pPr>
      <w:r>
        <w:t>PROFESSIONAL EXPERIENCE</w:t>
      </w:r>
    </w:p>
    <w:p>
      <w:pPr>
        <w:pStyle w:val="Heading2"/>
      </w:pPr>
      <w:r>
        <w:t>Oct 2025 – May 2026  |  Hempoilshop</w:t>
      </w:r>
    </w:p>
    <w:p>
      <w:pPr>
        <w:pStyle w:val="CVRole"/>
        <w:keepNext/>
      </w:pPr>
      <w:r>
        <w:t>Order Fulfilment / Warehouse Operations</w:t>
      </w:r>
    </w:p>
    <w:p>
      <w:pPr>
        <w:pStyle w:val="ListBullet"/>
        <w:keepNext/>
        <w:keepLines/>
      </w:pPr>
      <w:r>
        <w:t>Prepared and packed customer orders and supported product receiving.</w:t>
      </w:r>
    </w:p>
    <w:p>
      <w:pPr>
        <w:pStyle w:val="ListBullet"/>
        <w:keepNext/>
        <w:keepLines/>
      </w:pPr>
      <w:r>
        <w:t>Created shipments through ACS Connect, ELTA and ELTA International.</w:t>
      </w:r>
    </w:p>
    <w:p>
      <w:pPr>
        <w:pStyle w:val="ListBullet"/>
        <w:keepNext/>
        <w:keepLines/>
      </w:pPr>
      <w:r>
        <w:t>Retrieved customer contact details from Pylon ERP and entered them into ACS Connect to support shipment creation.</w:t>
      </w:r>
    </w:p>
    <w:p>
      <w:pPr>
        <w:pStyle w:val="ListBullet"/>
        <w:keepNext/>
        <w:keepLines/>
      </w:pPr>
      <w:r>
        <w:t>Coordinated stock and order issues through Slack.</w:t>
      </w:r>
    </w:p>
    <w:p>
      <w:pPr>
        <w:pStyle w:val="ListBullet"/>
        <w:keepLines/>
      </w:pPr>
      <w:r>
        <w:t>Independently investigated WooCommerce order data and identified the exact ACS SmartPoint and payment availability in a custom order field, preventing incorrect shipments.</w:t>
      </w:r>
    </w:p>
    <w:p>
      <w:pPr>
        <w:pStyle w:val="Heading2"/>
      </w:pPr>
      <w:r>
        <w:t>Mar 2025 – Aug 2025  |  NB Lighting</w:t>
      </w:r>
    </w:p>
    <w:p>
      <w:pPr>
        <w:pStyle w:val="CVRole"/>
        <w:keepNext/>
      </w:pPr>
      <w:r>
        <w:t>Assembly Technician / Warehouse Operations</w:t>
      </w:r>
    </w:p>
    <w:p>
      <w:pPr>
        <w:pStyle w:val="ListBullet"/>
        <w:keepNext/>
        <w:keepLines/>
      </w:pPr>
      <w:r>
        <w:t>Handled picking, packing, product receiving and daily warehouse support tasks.</w:t>
      </w:r>
    </w:p>
    <w:p>
      <w:pPr>
        <w:pStyle w:val="ListBullet"/>
        <w:keepLines/>
      </w:pPr>
      <w:r>
        <w:t>Assembled, inspected and packaged lighting products.</w:t>
      </w:r>
    </w:p>
    <w:p>
      <w:pPr>
        <w:pStyle w:val="Heading2"/>
      </w:pPr>
      <w:r>
        <w:t>Jul 2024 – Jan 2025  |  Hempoilshop</w:t>
      </w:r>
    </w:p>
    <w:p>
      <w:pPr>
        <w:pStyle w:val="CVRole"/>
        <w:keepNext/>
      </w:pPr>
      <w:r>
        <w:t>Order Fulfilment / Warehouse Operations — Fixed-term contract</w:t>
      </w:r>
    </w:p>
    <w:p>
      <w:pPr>
        <w:pStyle w:val="ListBullet"/>
        <w:keepNext/>
        <w:keepLines/>
      </w:pPr>
      <w:r>
        <w:t>Prepared orders, handled picking and packing, and supported product receiving.</w:t>
      </w:r>
    </w:p>
    <w:p>
      <w:pPr>
        <w:pStyle w:val="ListBullet"/>
        <w:keepNext/>
        <w:keepLines/>
      </w:pPr>
      <w:r>
        <w:t>Created shipping labels and shipments through ACS, ELTA and ELTA International.</w:t>
      </w:r>
    </w:p>
    <w:p>
      <w:pPr>
        <w:pStyle w:val="ListBullet"/>
        <w:keepNext/>
        <w:keepLines/>
      </w:pPr>
      <w:r>
        <w:t>Retrieved customer contact details from Pylon ERP and entered them into ACS Connect to support shipment creation.</w:t>
      </w:r>
    </w:p>
    <w:p>
      <w:pPr>
        <w:pStyle w:val="ListBullet"/>
        <w:keepNext/>
        <w:keepLines/>
      </w:pPr>
      <w:r>
        <w:t>Coordinated stock and order issues through Slack.</w:t>
      </w:r>
    </w:p>
    <w:p>
      <w:pPr>
        <w:pStyle w:val="ListBullet"/>
        <w:keepLines/>
      </w:pPr>
      <w:r>
        <w:t>Resolved a multifunction printer/scanner connectivity issue by configuring a static IP, restoring reliable printing and scanning workflows.</w:t>
      </w:r>
    </w:p>
    <w:p>
      <w:pPr>
        <w:pStyle w:val="Heading2"/>
      </w:pPr>
      <w:r>
        <w:t>Nov 2017 – Jul 2021  |  Pebro</w:t>
      </w:r>
    </w:p>
    <w:p>
      <w:pPr>
        <w:pStyle w:val="CVRole"/>
        <w:keepNext/>
      </w:pPr>
      <w:r>
        <w:t>Factory / Warehouse Worker</w:t>
      </w:r>
    </w:p>
    <w:p>
      <w:pPr>
        <w:pStyle w:val="ListBullet"/>
        <w:keepNext/>
        <w:keepLines/>
      </w:pPr>
      <w:r>
        <w:t>Operated a press brake and supported production processes.</w:t>
      </w:r>
    </w:p>
    <w:p>
      <w:pPr>
        <w:pStyle w:val="ListBullet"/>
        <w:keepLines/>
      </w:pPr>
      <w:r>
        <w:t>Handled picking, packing and support tasks in the paint shop.</w:t>
      </w:r>
    </w:p>
    <w:p>
      <w:pPr>
        <w:pStyle w:val="Heading2"/>
      </w:pPr>
      <w:r>
        <w:t>Jul 2015 – Dec 2015  |  Municipality of Ilioupoli</w:t>
      </w:r>
    </w:p>
    <w:p>
      <w:pPr>
        <w:pStyle w:val="CVRole"/>
        <w:keepNext/>
      </w:pPr>
      <w:r>
        <w:t>Municipal Cleaning Worker</w:t>
      </w:r>
    </w:p>
    <w:p>
      <w:pPr>
        <w:pStyle w:val="ListBullet"/>
        <w:keepLines/>
      </w:pPr>
      <w:r>
        <w:t>Performed street-cleaning duties and vehicle-based cleaning work.</w:t>
      </w:r>
    </w:p>
    <w:p>
      <w:r>
        <w:br w:type="page"/>
      </w:r>
    </w:p>
    <w:p>
      <w:pPr>
        <w:pStyle w:val="Heading1"/>
        <w:keepNext/>
      </w:pPr>
      <w:r>
        <w:t>PROJECTS</w:t>
      </w:r>
    </w:p>
    <w:p>
      <w:pPr>
        <w:pStyle w:val="Heading2"/>
      </w:pPr>
      <w:r>
        <w:t>2026  |  Stock Management — Excel Project</w:t>
      </w:r>
    </w:p>
    <w:p>
      <w:pPr>
        <w:pStyle w:val="CVRole"/>
        <w:keepNext/>
      </w:pPr>
      <w:r>
        <w:t xml:space="preserve">Personal project  |  </w:t>
      </w:r>
      <w:hyperlink r:id="rId11">
        <w:r>
          <w:rPr>
            <w:color w:val="315E91"/>
            <w:u w:val="single"/>
          </w:rPr>
          <w:t>GitHub</w:t>
        </w:r>
      </w:hyperlink>
    </w:p>
    <w:p>
      <w:pPr>
        <w:pStyle w:val="ListBullet"/>
        <w:keepNext/>
        <w:keepLines/>
      </w:pPr>
      <w:r>
        <w:t>Inventory management system with structured product, supplier and stock-movement tables, automated current-stock calculations, and low-stock/reorder alerts.</w:t>
      </w:r>
    </w:p>
    <w:p>
      <w:pPr>
        <w:pStyle w:val="ListBullet"/>
        <w:keepLines/>
      </w:pPr>
      <w:r>
        <w:t>Dashboard with KPIs and stock-by-category charts, dynamic lists, Data Validation and Conditional Formatting.</w:t>
      </w:r>
    </w:p>
    <w:p>
      <w:pPr>
        <w:pStyle w:val="Heading2"/>
      </w:pPr>
      <w:r>
        <w:t>2026  |  Employee Shift Scheduler — Excel Project</w:t>
      </w:r>
    </w:p>
    <w:p>
      <w:pPr>
        <w:pStyle w:val="CVRole"/>
        <w:keepNext/>
      </w:pPr>
      <w:r>
        <w:t xml:space="preserve">Personal project  |  </w:t>
      </w:r>
      <w:hyperlink r:id="rId12">
        <w:r>
          <w:rPr>
            <w:color w:val="315E91"/>
            <w:u w:val="single"/>
          </w:rPr>
          <w:t>GitHub</w:t>
        </w:r>
      </w:hyperlink>
    </w:p>
    <w:p>
      <w:pPr>
        <w:pStyle w:val="ListBullet"/>
        <w:keepNext/>
        <w:keepLines/>
      </w:pPr>
      <w:r>
        <w:t>Weekly shift-planning system with structured employee, shift and assignment tables, weekly-hours calculations, and a dynamic Monday-to-Sunday schedule view.</w:t>
      </w:r>
    </w:p>
    <w:p>
      <w:pPr>
        <w:pStyle w:val="ListBullet"/>
        <w:keepLines/>
      </w:pPr>
      <w:r>
        <w:t>Checks for minimum staffing, unscheduled employees, duplicate assignments and invalid records, supported by visual warnings.</w:t>
      </w:r>
    </w:p>
    <w:p>
      <w:pPr>
        <w:pStyle w:val="Heading1"/>
        <w:keepNext/>
      </w:pPr>
      <w:r>
        <w:t>EDUCATION</w:t>
      </w:r>
    </w:p>
    <w:p>
      <w:pPr>
        <w:pStyle w:val="Heading2"/>
      </w:pPr>
      <w:r>
        <w:t>Sep 2008 – Oct 2009  |  University of Sunderland</w:t>
      </w:r>
    </w:p>
    <w:p>
      <w:pPr>
        <w:pStyle w:val="CVRole"/>
        <w:spacing w:after="40"/>
      </w:pPr>
      <w:r>
        <w:t>BSc in Computer Systems Engineering</w:t>
      </w:r>
    </w:p>
    <w:p>
      <w:pPr>
        <w:pStyle w:val="Heading2"/>
      </w:pPr>
      <w:r>
        <w:t>Sep 2005 – Jun 2007  |  Athenian College</w:t>
      </w:r>
    </w:p>
    <w:p>
      <w:pPr>
        <w:pStyle w:val="CVRole"/>
        <w:spacing w:after="40"/>
      </w:pPr>
      <w:r>
        <w:t>Higher National Diploma (HND) in Computing</w:t>
      </w:r>
    </w:p>
    <w:p>
      <w:pPr>
        <w:pStyle w:val="Heading2"/>
      </w:pPr>
      <w:r>
        <w:t>Sep 2002 – Jul 2004  |  IEK DOMI</w:t>
      </w:r>
    </w:p>
    <w:p>
      <w:pPr>
        <w:pStyle w:val="CVRole"/>
        <w:spacing w:after="40"/>
      </w:pPr>
      <w:r>
        <w:t>IT Applications, Networks &amp; Office Automation Technician</w:t>
      </w:r>
    </w:p>
    <w:p>
      <w:pPr>
        <w:pStyle w:val="Heading1"/>
        <w:keepNext/>
      </w:pPr>
      <w:r>
        <w:t>TRAINING &amp; CERTIFICATIONS</w:t>
      </w:r>
    </w:p>
    <w:p>
      <w:pPr>
        <w:spacing w:after="22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May 2026 — </w:t>
      </w:r>
      <w:r>
        <w:rPr>
          <w:rFonts w:ascii="Aptos" w:hAnsi="Aptos" w:eastAsia="Aptos"/>
          <w:b w:val="0"/>
          <w:i w:val="0"/>
          <w:color w:val="1F1F1F"/>
          <w:sz w:val="18"/>
        </w:rPr>
        <w:t>EShop Manager: Professional E-Shop Management &amp; Promotion — Skillbox / ACTA / Aristotle University of Thessaloniki Technology Transfer Centre</w:t>
      </w:r>
    </w:p>
    <w:p>
      <w:pPr>
        <w:spacing w:after="22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Apr 2026 — </w:t>
      </w:r>
      <w:r>
        <w:rPr>
          <w:rFonts w:ascii="Aptos" w:hAnsi="Aptos" w:eastAsia="Aptos"/>
          <w:b w:val="0"/>
          <w:i w:val="0"/>
          <w:color w:val="1F1F1F"/>
          <w:sz w:val="18"/>
        </w:rPr>
        <w:t>Google AI Essentials — Google / Coursera</w:t>
      </w:r>
    </w:p>
    <w:p>
      <w:pPr>
        <w:spacing w:after="22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Apr 2026 — </w:t>
      </w:r>
      <w:r>
        <w:rPr>
          <w:rFonts w:ascii="Aptos" w:hAnsi="Aptos" w:eastAsia="Aptos"/>
          <w:b w:val="0"/>
          <w:i w:val="0"/>
          <w:color w:val="1F1F1F"/>
          <w:sz w:val="18"/>
        </w:rPr>
        <w:t>Introduction to Microsoft Excel 2021 — Mathesis</w:t>
      </w:r>
    </w:p>
    <w:p>
      <w:pPr>
        <w:spacing w:after="22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Oct 2023 — </w:t>
      </w:r>
      <w:r>
        <w:rPr>
          <w:rFonts w:ascii="Aptos" w:hAnsi="Aptos" w:eastAsia="Aptos"/>
          <w:b w:val="0"/>
          <w:i w:val="0"/>
          <w:color w:val="1F1F1F"/>
          <w:sz w:val="18"/>
        </w:rPr>
        <w:t>Introduction to Web Application Development with Flask — Mathesis</w:t>
      </w:r>
    </w:p>
    <w:p>
      <w:pPr>
        <w:spacing w:after="22"/>
      </w:pPr>
      <w:r>
        <w:rPr>
          <w:rFonts w:ascii="Aptos" w:hAnsi="Aptos" w:eastAsia="Aptos"/>
          <w:b/>
          <w:i w:val="0"/>
          <w:color w:val="1F1F1F"/>
          <w:sz w:val="18"/>
        </w:rPr>
        <w:t xml:space="preserve">Jan 2023 — </w:t>
      </w:r>
      <w:r>
        <w:rPr>
          <w:rFonts w:ascii="Aptos" w:hAnsi="Aptos" w:eastAsia="Aptos"/>
          <w:b w:val="0"/>
          <w:i w:val="0"/>
          <w:color w:val="1F1F1F"/>
          <w:sz w:val="18"/>
        </w:rPr>
        <w:t>Software Use and Development Specialist — GlobalCert</w:t>
      </w:r>
    </w:p>
    <w:p>
      <w:pPr>
        <w:pStyle w:val="Heading1"/>
        <w:keepNext/>
      </w:pPr>
      <w:r>
        <w:t>LANGUAGES</w:t>
      </w:r>
    </w:p>
    <w:p>
      <w:r>
        <w:rPr>
          <w:b/>
        </w:rPr>
        <w:t xml:space="preserve">English: </w:t>
      </w:r>
      <w:r>
        <w:t>Certificate of Proficiency in English — University of Michigan</w:t>
      </w:r>
    </w:p>
    <w:sectPr>
      <w:footerReference w:type="default" r:id="rId13"/>
      <w:pgSz w:w="11906" w:h="16838"/>
      <w:pgMar w:top="765" w:right="879" w:bottom="709" w:left="87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Aptos" w:hAnsi="Aptos" w:eastAsia="Aptos"/>
        <w:b w:val="0"/>
        <w:i w:val="0"/>
        <w:color w:val="777777"/>
        <w:sz w:val="16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6" w:line="245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15E91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70" w:after="14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1F1F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15E91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" w:line="240" w:lineRule="auto"/>
      <w:ind w:left="238" w:hanging="119"/>
      <w:contextualSpacing/>
    </w:pPr>
    <w:rPr>
      <w:rFonts w:ascii="Aptos" w:hAnsi="Aptos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Role">
    <w:name w:val="CV Role"/>
    <w:pPr>
      <w:keepNext/>
      <w:spacing w:after="26"/>
    </w:pPr>
    <w:rPr>
      <w:rFonts w:ascii="Aptos" w:hAnsi="Aptos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tafkapa84/" TargetMode="External"/><Relationship Id="rId10" Type="http://schemas.openxmlformats.org/officeDocument/2006/relationships/hyperlink" Target="https://github.com/thakoul" TargetMode="External"/><Relationship Id="rId11" Type="http://schemas.openxmlformats.org/officeDocument/2006/relationships/hyperlink" Target="https://github.com/thakoul/stock-management-system" TargetMode="External"/><Relationship Id="rId12" Type="http://schemas.openxmlformats.org/officeDocument/2006/relationships/hyperlink" Target="https://github.com/thakoul/employee-shift-scheduler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Κουλούρης Αθανάσιος – Σταμάτιος | Master</dc:title>
  <dc:subject>Στοχευμένο CV: Master</dc:subject>
  <dc:creator/>
  <cp:keywords>Excel, e-commerce, operations, ERP, back office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